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600"/>
        <w:jc w:val="right"/>
      </w:pPr>
    </w:p>
    <w:p>
      <w:pPr>
        <w:bidi w:val="1"/>
        <w:spacing w:after="80"/>
        <w:jc w:val="center"/>
      </w:pPr>
      <w:r>
        <w:rPr>
          <w:rFonts w:ascii="Arial" w:hAnsi="Arial" w:cs="Arial" w:eastAsia="Arial"/>
          <w:b/>
          <w:color w:val="5A3FA8"/>
          <w:sz w:val="27"/>
          <w:bCs/>
          <w:szCs w:val="27"/>
          <w:rtl w:val="1"/>
        </w:rPr>
        <w:t>🔎 קוראים חכם · דף תרגול להדפסה</w:t>
      </w:r>
    </w:p>
    <w:p>
      <w:pPr>
        <w:bidi w:val="1"/>
        <w:spacing w:after="160"/>
        <w:jc w:val="center"/>
      </w:pPr>
      <w:r>
        <w:rPr>
          <w:rFonts w:ascii="Arial" w:hAnsi="Arial" w:cs="Arial" w:eastAsia="Arial"/>
          <w:b/>
          <w:color w:val="3B2A5A"/>
          <w:sz w:val="60"/>
          <w:bCs/>
          <w:szCs w:val="60"/>
          <w:rtl w:val="1"/>
        </w:rPr>
        <w:t>דף תרגול – השאלה כטקסט</w:t>
      </w:r>
    </w:p>
    <w:p>
      <w:pPr>
        <w:bidi w:val="1"/>
        <w:spacing w:after="280"/>
        <w:jc w:val="center"/>
      </w:pPr>
      <w:r>
        <w:rPr>
          <w:rFonts w:ascii="Arial" w:hAnsi="Arial" w:cs="Arial" w:eastAsia="Arial"/>
          <w:b/>
          <w:color w:val="B23A63"/>
          <w:sz w:val="34"/>
          <w:bCs/>
          <w:szCs w:val="34"/>
          <w:rtl w:val="1"/>
        </w:rPr>
        <w:t>מפרקים את השאלה לפני שעונים</w:t>
      </w:r>
    </w:p>
    <w:p>
      <w:pPr>
        <w:bidi w:val="1"/>
        <w:spacing w:after="280"/>
        <w:jc w:val="center"/>
      </w:pPr>
      <w:r>
        <w:rPr>
          <w:rFonts w:ascii="Arial" w:hAnsi="Arial" w:cs="Arial" w:eastAsia="Arial"/>
          <w:b/>
          <w:sz w:val="27"/>
          <w:bCs/>
          <w:szCs w:val="27"/>
          <w:rtl w:val="1"/>
        </w:rPr>
        <w:t>📘 רגיל   ·   👩‍🏫 מהדורת מורה + תלמיד/ה   ·   🖨️ PDF · Word</w:t>
      </w:r>
    </w:p>
    <w:p>
      <w:pPr>
        <w:bidi w:val="1"/>
        <w:spacing w:after="80"/>
        <w:jc w:val="right"/>
        <w:shd w:val="clear" w:color="auto" w:fill="F1ECFF"/>
      </w:pPr>
      <w:r>
        <w:rPr>
          <w:rFonts w:ascii="Arial" w:hAnsi="Arial" w:cs="Arial" w:eastAsia="Arial"/>
          <w:b/>
          <w:sz w:val="25"/>
          <w:bCs/>
          <w:szCs w:val="25"/>
          <w:rtl w:val="1"/>
        </w:rPr>
        <w:t>בחוברת: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23"/>
          <w:szCs w:val="23"/>
          <w:rtl w:val="1"/>
        </w:rPr>
        <w:t>1. מהדורה למורה: מטרות, מהלך, מפת התאמות והנגשות ותשובות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23"/>
          <w:szCs w:val="23"/>
          <w:rtl w:val="1"/>
        </w:rPr>
        <w:t>2. חלק א׳ – חמשת הצעדים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23"/>
          <w:szCs w:val="23"/>
          <w:rtl w:val="1"/>
        </w:rPr>
        <w:t>3. חלק ב׳ – מילות שאלה – איזה סוג?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23"/>
          <w:szCs w:val="23"/>
          <w:rtl w:val="1"/>
        </w:rPr>
        <w:t>4. חלק ג׳ – מפרקים שאלות על טקסט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23"/>
          <w:szCs w:val="23"/>
          <w:rtl w:val="1"/>
        </w:rPr>
        <w:t>5. כרטיס יציאה</w:t>
      </w:r>
    </w:p>
    <w:p>
      <w:pPr>
        <w:bidi w:val="1"/>
        <w:spacing w:after="400"/>
        <w:jc w:val="right"/>
      </w:pPr>
    </w:p>
    <w:p>
      <w:pPr>
        <w:bidi w:val="1"/>
        <w:jc w:val="center"/>
      </w:pPr>
      <w:r>
        <w:drawing>
          <wp:inline xmlns:a="http://schemas.openxmlformats.org/drawingml/2006/main" xmlns:pic="http://schemas.openxmlformats.org/drawingml/2006/picture">
            <wp:extent cx="576000" cy="57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" cy="57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spacing w:after="80"/>
        <w:jc w:val="center"/>
      </w:pPr>
      <w:r>
        <w:rPr>
          <w:rFonts w:ascii="Arial" w:hAnsi="Arial" w:cs="Arial" w:eastAsia="Arial"/>
          <w:b/>
          <w:color w:val="3B2A5A"/>
          <w:sz w:val="25"/>
          <w:bCs/>
          <w:szCs w:val="25"/>
          <w:rtl w:val="1"/>
        </w:rPr>
        <w:t>יצרה: רוית ראש בן ישי</w:t>
      </w:r>
    </w:p>
    <w:p>
      <w:r>
        <w:br w:type="page"/>
      </w:r>
    </w:p>
    <w:p>
      <w:pPr>
        <w:pStyle w:val="Heading1"/>
        <w:bidi w:val="1"/>
        <w:jc w:val="right"/>
        <w:shd w:val="clear" w:color="auto" w:fill="E6DEFA"/>
      </w:pPr>
      <w:r>
        <w:rPr>
          <w:rFonts w:ascii="Arial" w:hAnsi="Arial" w:cs="Arial" w:eastAsia="Arial"/>
          <w:b/>
          <w:color w:val="3B2A5A"/>
          <w:sz w:val="39"/>
          <w:bCs/>
          <w:szCs w:val="39"/>
          <w:rtl w:val="1"/>
        </w:rPr>
        <w:t>👩‍🏫 מהדורה למורה</w:t>
      </w:r>
    </w:p>
    <w:p>
      <w:pPr>
        <w:bidi w:val="1"/>
        <w:spacing w:after="80"/>
        <w:jc w:val="right"/>
        <w:shd w:val="clear" w:color="auto" w:fill="2F7D47"/>
      </w:pPr>
      <w:r>
        <w:rPr>
          <w:rFonts w:ascii="Arial" w:hAnsi="Arial" w:cs="Arial" w:eastAsia="Arial"/>
          <w:b/>
          <w:color w:val="FFFFFF"/>
          <w:sz w:val="23"/>
          <w:bCs/>
          <w:szCs w:val="23"/>
          <w:rtl w:val="1"/>
        </w:rPr>
        <w:t>לשימוש המורה – לא לצילום לתלמידים ולתלמידות</w:t>
      </w: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29"/>
          <w:bCs/>
          <w:szCs w:val="29"/>
          <w:rtl w:val="1"/>
        </w:rPr>
        <w:t>מטרות הדף</w:t>
      </w:r>
    </w:p>
    <w:p>
      <w:pPr>
        <w:bidi w:val="1"/>
        <w:spacing w:after="40"/>
        <w:jc w:val="right"/>
      </w:pPr>
      <w:r>
        <w:rPr>
          <w:rFonts w:ascii="Arial" w:hAnsi="Arial" w:cs="Arial" w:eastAsia="Arial"/>
          <w:b w:val="0"/>
          <w:sz w:val="23"/>
          <w:szCs w:val="23"/>
          <w:rtl w:val="1"/>
        </w:rPr>
        <w:t>• לקרוא שאלה כמו טקסט: לסמן מילות שאלה ולתכנן את התשובה לפני שכותבים.</w:t>
      </w:r>
    </w:p>
    <w:p>
      <w:pPr>
        <w:bidi w:val="1"/>
        <w:spacing w:after="40"/>
        <w:jc w:val="right"/>
      </w:pPr>
      <w:r>
        <w:rPr>
          <w:rFonts w:ascii="Arial" w:hAnsi="Arial" w:cs="Arial" w:eastAsia="Arial"/>
          <w:b w:val="0"/>
          <w:sz w:val="23"/>
          <w:szCs w:val="23"/>
          <w:rtl w:val="1"/>
        </w:rPr>
        <w:t>• להבחין בין שאלות איתור, פרשנות והערכה ולדעת מה חייב להופיע בכל תשובה.</w:t>
      </w: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29"/>
          <w:bCs/>
          <w:szCs w:val="29"/>
          <w:rtl w:val="1"/>
        </w:rPr>
        <w:t>איך עובדים עם הדף (כ־20–30 דקות)</w:t>
      </w:r>
    </w:p>
    <w:tbl>
      <w:tblPr>
        <w:tblW w:type="auto" w:w="0"/>
        <w:tblLook w:firstColumn="1" w:firstRow="1" w:lastColumn="0" w:lastRow="0" w:noHBand="0" w:noVBand="1" w:val="04A0"/>
        <w:bidiVisual w:val="1"/>
        <w:jc w:val="center"/>
        <w:tblBorders>
          <w:top w:val="single" w:sz="8" w:color="B9B0CC"/>
          <w:left w:val="single" w:sz="8" w:color="B9B0CC"/>
          <w:bottom w:val="single" w:sz="8" w:color="B9B0CC"/>
          <w:right w:val="single" w:sz="8" w:color="B9B0CC"/>
          <w:insideH w:val="single" w:sz="8" w:color="B9B0CC"/>
          <w:insideV w:val="single" w:sz="8" w:color="B9B0CC"/>
        </w:tblBorders>
      </w:tblPr>
      <w:tblGrid>
        <w:gridCol w:w="5103"/>
        <w:gridCol w:w="5103"/>
      </w:tblGrid>
      <w:tr>
        <w:tc>
          <w:tcPr>
            <w:tcW w:type="dxa" w:w="2245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שלב</w:t>
            </w:r>
          </w:p>
        </w:tc>
        <w:tc>
          <w:tcPr>
            <w:tcW w:type="dxa" w:w="7960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מה עושים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🎬 פתיחה (3 דק׳)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מקרינים את הדוגמה מעמוד ״השאלה כטקסט״.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✏️ חלקים א׳–ב׳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סידור הצעדים ומיון מילות שאלה.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💭 חלק ג׳ וסיכום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פירוק שאלות על ״החלון הירוק״ וכתיבת תשובה מלאה; כרטיס יציאה.</w:t>
            </w:r>
          </w:p>
        </w:tc>
      </w:tr>
    </w:tbl>
    <w:p>
      <w:pPr>
        <w:bidi w:val="1"/>
        <w:spacing w:after="40"/>
        <w:jc w:val="right"/>
      </w:pPr>
    </w:p>
    <w:p>
      <w:pPr>
        <w:bidi w:val="1"/>
        <w:spacing w:after="80"/>
        <w:jc w:val="right"/>
        <w:shd w:val="clear" w:color="auto" w:fill="FFF8E1"/>
      </w:pPr>
      <w:r>
        <w:rPr>
          <w:rFonts w:ascii="Arial" w:hAnsi="Arial" w:cs="Arial" w:eastAsia="Arial"/>
          <w:b w:val="0"/>
          <w:sz w:val="22"/>
          <w:szCs w:val="22"/>
          <w:rtl w:val="1"/>
        </w:rPr>
        <w:t>הדף תואם בדיוק לפעילות באתר: אפשר לשחק קודם באתר ואז לפתור על הדף, או להפך. אין לחץ זמן – בחנ״מ ובעולים אפשר לחלק לשני מפגשים.</w:t>
      </w: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29"/>
          <w:bCs/>
          <w:szCs w:val="29"/>
          <w:rtl w:val="1"/>
        </w:rPr>
        <w:t>מפת התאמות והנגשות</w:t>
      </w:r>
    </w:p>
    <w:p>
      <w:pPr>
        <w:bidi w:val="1"/>
        <w:spacing w:after="80"/>
        <w:jc w:val="right"/>
      </w:pPr>
      <w:r>
        <w:rPr>
          <w:rFonts w:ascii="Arial" w:hAnsi="Arial" w:cs="Arial" w:eastAsia="Arial"/>
          <w:b w:val="0"/>
          <w:sz w:val="20"/>
          <w:szCs w:val="20"/>
          <w:rtl w:val="1"/>
        </w:rPr>
        <w:t>הגרסה הזאת: רגיל. כל הפריטים, שאלות פתוחות ושאלת חשיבה.</w:t>
      </w:r>
    </w:p>
    <w:tbl>
      <w:tblPr>
        <w:tblW w:type="auto" w:w="0"/>
        <w:tblLook w:firstColumn="1" w:firstRow="1" w:lastColumn="0" w:lastRow="0" w:noHBand="0" w:noVBand="1" w:val="04A0"/>
        <w:bidiVisual w:val="1"/>
        <w:jc w:val="center"/>
        <w:tblBorders>
          <w:top w:val="single" w:sz="8" w:color="B9B0CC"/>
          <w:left w:val="single" w:sz="8" w:color="B9B0CC"/>
          <w:bottom w:val="single" w:sz="8" w:color="B9B0CC"/>
          <w:right w:val="single" w:sz="8" w:color="B9B0CC"/>
          <w:insideH w:val="single" w:sz="8" w:color="B9B0CC"/>
          <w:insideV w:val="single" w:sz="8" w:color="B9B0CC"/>
        </w:tblBorders>
      </w:tblPr>
      <w:tblGrid>
        <w:gridCol w:w="2551"/>
        <w:gridCol w:w="2551"/>
        <w:gridCol w:w="2551"/>
        <w:gridCol w:w="2551"/>
      </w:tblGrid>
      <w:tr>
        <w:tc>
          <w:tcPr>
            <w:tcW w:type="dxa" w:w="1225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שכבה</w:t>
            </w:r>
          </w:p>
        </w:tc>
        <w:tc>
          <w:tcPr>
            <w:tcW w:type="dxa" w:w="3061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🎯 התאמה לשכבה</w:t>
            </w:r>
          </w:p>
        </w:tc>
        <w:tc>
          <w:tcPr>
            <w:tcW w:type="dxa" w:w="3061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💛 הנגשה (חנ״מ)</w:t>
            </w:r>
          </w:p>
        </w:tc>
        <w:tc>
          <w:tcPr>
            <w:tcW w:type="dxa" w:w="2857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🌍 עולים</w:t>
            </w:r>
          </w:p>
        </w:tc>
      </w:tr>
      <w:tr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יסודי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משחקים קצרים, כפתורים גדולים במיוחד, אימוג׳י ועוגנים חזותיים, ״נסו בעצמכם״.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כפתור הקראה לכל טקסט ומשימה; 2–3 אפשרויות בלבד; בלי שעון.</w:t>
            </w:r>
          </w:p>
        </w:tc>
        <w:tc>
          <w:tcPr>
            <w:tcW w:type="dxa" w:w="2857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מילון תמונות קופץ (אימוג׳י + תרגום); מילים יומיומיות.</w:t>
            </w:r>
          </w:p>
        </w:tc>
      </w:tr>
      <w:tr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חט״ב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מיונים לקטגוריות, משחקי שורש ומשפחות מילים, תעודת זהות לטקסט.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רמז מדורג אחרי 2 טעויות (מכוון, לא נותן תשובה); צבעים קבועים: סיבה=ירוק, תוצאה=כחול; בלי שעון.</w:t>
            </w:r>
          </w:p>
        </w:tc>
        <w:tc>
          <w:tcPr>
            <w:tcW w:type="dxa" w:w="2857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מחסן מילות קישור צבעוני לפי תפקיד; טקסטים בלי ניקוד, משפטים קצרים.</w:t>
            </w:r>
          </w:p>
        </w:tc>
      </w:tr>
      <w:tr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תיכון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היסק מסדר גבוה, שורשים חלשים, הומונימים, פירוק שאלות מורכבות.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חלוקה למקטעים – המקטע הבא נפתח אחרי משימה קטנה; בלי שעון עצר.</w:t>
            </w:r>
          </w:p>
        </w:tc>
        <w:tc>
          <w:tcPr>
            <w:tcW w:type="dxa" w:w="2857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מילון בלחיצה למילים ברמה גבוהה עם הסבר פשוט ומילים נרדפות; שאלות במבנה של שאלות הבנת הנקרא.</w:t>
            </w:r>
          </w:p>
        </w:tc>
      </w:tr>
    </w:tbl>
    <w:p>
      <w:pPr>
        <w:bidi w:val="1"/>
        <w:spacing w:after="40"/>
        <w:jc w:val="right"/>
      </w:pPr>
    </w:p>
    <w:p>
      <w:r>
        <w:br w:type="page"/>
      </w: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29"/>
          <w:bCs/>
          <w:szCs w:val="29"/>
          <w:rtl w:val="1"/>
        </w:rPr>
        <w:t>🔑 תשובות</w:t>
      </w:r>
    </w:p>
    <w:p>
      <w:pPr>
        <w:pStyle w:val="Heading3"/>
        <w:bidi w:val="1"/>
        <w:jc w:val="right"/>
      </w:pPr>
      <w:r>
        <w:rPr>
          <w:rFonts w:ascii="Arial" w:hAnsi="Arial" w:cs="Arial" w:eastAsia="Arial"/>
          <w:b/>
          <w:color w:val="0F6F8C"/>
          <w:sz w:val="25"/>
          <w:bCs/>
          <w:szCs w:val="25"/>
          <w:rtl w:val="1"/>
        </w:rPr>
        <w:t>חלק א׳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>✔ 1. קוראים את השאלה עד הסוף ← 2. מה השאלה כבר מספרת לי? ← 3. מסמנים את מילות השאלה ← 4. מה עליי לעשות כדי לענות? ← 5. מבצעים ובודקים</w:t>
      </w:r>
    </w:p>
    <w:p>
      <w:pPr>
        <w:pStyle w:val="Heading3"/>
        <w:bidi w:val="1"/>
        <w:jc w:val="right"/>
      </w:pPr>
      <w:r>
        <w:rPr>
          <w:rFonts w:ascii="Arial" w:hAnsi="Arial" w:cs="Arial" w:eastAsia="Arial"/>
          <w:b/>
          <w:color w:val="0F6F8C"/>
          <w:sz w:val="25"/>
          <w:bCs/>
          <w:szCs w:val="25"/>
          <w:rtl w:val="1"/>
        </w:rPr>
        <w:t>חלק ב׳</w:t>
      </w:r>
    </w:p>
    <w:tbl>
      <w:tblPr>
        <w:tblW w:type="auto" w:w="0"/>
        <w:tblLook w:firstColumn="1" w:firstRow="1" w:lastColumn="0" w:lastRow="0" w:noHBand="0" w:noVBand="1" w:val="04A0"/>
        <w:bidiVisual w:val="1"/>
        <w:jc w:val="center"/>
        <w:tblBorders>
          <w:top w:val="single" w:sz="8" w:color="B9B0CC"/>
          <w:left w:val="single" w:sz="8" w:color="B9B0CC"/>
          <w:bottom w:val="single" w:sz="8" w:color="B9B0CC"/>
          <w:right w:val="single" w:sz="8" w:color="B9B0CC"/>
          <w:insideH w:val="single" w:sz="8" w:color="B9B0CC"/>
          <w:insideV w:val="single" w:sz="8" w:color="B9B0CC"/>
        </w:tblBorders>
      </w:tblPr>
      <w:tblGrid>
        <w:gridCol w:w="3402"/>
        <w:gridCol w:w="3402"/>
        <w:gridCol w:w="3402"/>
      </w:tblGrid>
      <w:tr>
        <w:tc>
          <w:tcPr>
            <w:tcW w:type="dxa" w:w="4082"/>
            <w:shd w:val="clear" w:color="auto" w:fill="D4F1F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מילת השאלה</w:t>
            </w:r>
          </w:p>
        </w:tc>
        <w:tc>
          <w:tcPr>
            <w:tcW w:type="dxa" w:w="2041"/>
            <w:shd w:val="clear" w:color="auto" w:fill="D4F1F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סוג</w:t>
            </w:r>
          </w:p>
        </w:tc>
        <w:tc>
          <w:tcPr>
            <w:tcW w:type="dxa" w:w="4082"/>
            <w:shd w:val="clear" w:color="auto" w:fill="D4F1F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צורת התשובה</w:t>
            </w:r>
          </w:p>
        </w:tc>
      </w:tr>
      <w:tr>
        <w:tc>
          <w:tcPr>
            <w:tcW w:type="dxa" w:w="408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מה / מי / מתי / איפה / כמה</w:t>
            </w:r>
          </w:p>
        </w:tc>
        <w:tc>
          <w:tcPr>
            <w:tcW w:type="dxa" w:w="204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איתור</w:t>
            </w:r>
          </w:p>
        </w:tc>
        <w:tc>
          <w:tcPr>
            <w:tcW w:type="dxa" w:w="408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פרט מדויק מהטקסט</w:t>
            </w:r>
          </w:p>
        </w:tc>
      </w:tr>
      <w:tr>
        <w:tc>
          <w:tcPr>
            <w:tcW w:type="dxa" w:w="408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העתיקו / ציינו / מצאו / כתבו מהטקסט</w:t>
            </w:r>
          </w:p>
        </w:tc>
        <w:tc>
          <w:tcPr>
            <w:tcW w:type="dxa" w:w="204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איתור</w:t>
            </w:r>
          </w:p>
        </w:tc>
        <w:tc>
          <w:tcPr>
            <w:tcW w:type="dxa" w:w="408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ציטוט או פרט כפי שהוא כתוב</w:t>
            </w:r>
          </w:p>
        </w:tc>
      </w:tr>
      <w:tr>
        <w:tc>
          <w:tcPr>
            <w:tcW w:type="dxa" w:w="408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מנו / רשמו שלושה…</w:t>
            </w:r>
          </w:p>
        </w:tc>
        <w:tc>
          <w:tcPr>
            <w:tcW w:type="dxa" w:w="204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איתור</w:t>
            </w:r>
          </w:p>
        </w:tc>
        <w:tc>
          <w:tcPr>
            <w:tcW w:type="dxa" w:w="408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רשימה – בדיוק במספר שנדרש</w:t>
            </w:r>
          </w:p>
        </w:tc>
      </w:tr>
      <w:tr>
        <w:tc>
          <w:tcPr>
            <w:tcW w:type="dxa" w:w="408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תארו</w:t>
            </w:r>
          </w:p>
        </w:tc>
        <w:tc>
          <w:tcPr>
            <w:tcW w:type="dxa" w:w="204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איתור</w:t>
            </w:r>
          </w:p>
        </w:tc>
        <w:tc>
          <w:tcPr>
            <w:tcW w:type="dxa" w:w="408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מה ואיך זה נראה או קרה – בפירוט</w:t>
            </w:r>
          </w:p>
        </w:tc>
      </w:tr>
      <w:tr>
        <w:tc>
          <w:tcPr>
            <w:tcW w:type="dxa" w:w="408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מדוע / למה / מה הסיבה</w:t>
            </w:r>
          </w:p>
        </w:tc>
        <w:tc>
          <w:tcPr>
            <w:tcW w:type="dxa" w:w="204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פרשנות</w:t>
            </w:r>
          </w:p>
        </w:tc>
        <w:tc>
          <w:tcPr>
            <w:tcW w:type="dxa" w:w="408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סיבה + הסבר (״כי…״)</w:t>
            </w:r>
          </w:p>
        </w:tc>
      </w:tr>
      <w:tr>
        <w:tc>
          <w:tcPr>
            <w:tcW w:type="dxa" w:w="408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הסבירו</w:t>
            </w:r>
          </w:p>
        </w:tc>
        <w:tc>
          <w:tcPr>
            <w:tcW w:type="dxa" w:w="204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פרשנות</w:t>
            </w:r>
          </w:p>
        </w:tc>
        <w:tc>
          <w:tcPr>
            <w:tcW w:type="dxa" w:w="408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טענה + הסבר + ראיה</w:t>
            </w:r>
          </w:p>
        </w:tc>
      </w:tr>
      <w:tr>
        <w:tc>
          <w:tcPr>
            <w:tcW w:type="dxa" w:w="408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השוו / מה ההבדל / מה הדומה</w:t>
            </w:r>
          </w:p>
        </w:tc>
        <w:tc>
          <w:tcPr>
            <w:tcW w:type="dxa" w:w="204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פרשנות</w:t>
            </w:r>
          </w:p>
        </w:tc>
        <w:tc>
          <w:tcPr>
            <w:tcW w:type="dxa" w:w="408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שני צדדים + מה דומה ומה שונה</w:t>
            </w:r>
          </w:p>
        </w:tc>
      </w:tr>
      <w:tr>
        <w:tc>
          <w:tcPr>
            <w:tcW w:type="dxa" w:w="408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מה אפשר להסיק / מה נרמז</w:t>
            </w:r>
          </w:p>
        </w:tc>
        <w:tc>
          <w:tcPr>
            <w:tcW w:type="dxa" w:w="204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פרשנות</w:t>
            </w:r>
          </w:p>
        </w:tc>
        <w:tc>
          <w:tcPr>
            <w:tcW w:type="dxa" w:w="408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מסקנה שלא כתובה במפורש + ראיה</w:t>
            </w:r>
          </w:p>
        </w:tc>
      </w:tr>
      <w:tr>
        <w:tc>
          <w:tcPr>
            <w:tcW w:type="dxa" w:w="408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מה הרעיון המרכזי / תנו כותרת</w:t>
            </w:r>
          </w:p>
        </w:tc>
        <w:tc>
          <w:tcPr>
            <w:tcW w:type="dxa" w:w="204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פרשנות</w:t>
            </w:r>
          </w:p>
        </w:tc>
        <w:tc>
          <w:tcPr>
            <w:tcW w:type="dxa" w:w="408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משפט אחד שמכסה את כל הטקסט</w:t>
            </w:r>
          </w:p>
        </w:tc>
      </w:tr>
      <w:tr>
        <w:tc>
          <w:tcPr>
            <w:tcW w:type="dxa" w:w="408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מה דעתכם / הביעו עמדה</w:t>
            </w:r>
          </w:p>
        </w:tc>
        <w:tc>
          <w:tcPr>
            <w:tcW w:type="dxa" w:w="204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הערכה</w:t>
            </w:r>
          </w:p>
        </w:tc>
        <w:tc>
          <w:tcPr>
            <w:tcW w:type="dxa" w:w="408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עמדה + לפחות נימוק אחד</w:t>
            </w:r>
          </w:p>
        </w:tc>
      </w:tr>
      <w:tr>
        <w:tc>
          <w:tcPr>
            <w:tcW w:type="dxa" w:w="408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האם הכותב/ת צודק/ת? נמקו</w:t>
            </w:r>
          </w:p>
        </w:tc>
        <w:tc>
          <w:tcPr>
            <w:tcW w:type="dxa" w:w="204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הערכה</w:t>
            </w:r>
          </w:p>
        </w:tc>
        <w:tc>
          <w:tcPr>
            <w:tcW w:type="dxa" w:w="408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שיפוט + נימוקים</w:t>
            </w:r>
          </w:p>
        </w:tc>
      </w:tr>
      <w:tr>
        <w:tc>
          <w:tcPr>
            <w:tcW w:type="dxa" w:w="408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הציעו / מה הייתם עושים</w:t>
            </w:r>
          </w:p>
        </w:tc>
        <w:tc>
          <w:tcPr>
            <w:tcW w:type="dxa" w:w="204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הערכה</w:t>
            </w:r>
          </w:p>
        </w:tc>
        <w:tc>
          <w:tcPr>
            <w:tcW w:type="dxa" w:w="408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הצעה מעשית + הסבר למה היא טובה</w:t>
            </w:r>
          </w:p>
        </w:tc>
      </w:tr>
    </w:tbl>
    <w:p>
      <w:pPr>
        <w:bidi w:val="1"/>
        <w:spacing w:after="40"/>
        <w:jc w:val="right"/>
      </w:pPr>
    </w:p>
    <w:p>
      <w:pPr>
        <w:pStyle w:val="Heading3"/>
        <w:bidi w:val="1"/>
        <w:jc w:val="right"/>
      </w:pPr>
      <w:r>
        <w:rPr>
          <w:rFonts w:ascii="Arial" w:hAnsi="Arial" w:cs="Arial" w:eastAsia="Arial"/>
          <w:b/>
          <w:color w:val="0F6F8C"/>
          <w:sz w:val="25"/>
          <w:bCs/>
          <w:szCs w:val="25"/>
          <w:rtl w:val="1"/>
        </w:rPr>
        <w:t>חלק ג׳: ״החלון הירוק״</w:t>
      </w:r>
    </w:p>
    <w:tbl>
      <w:tblPr>
        <w:tblW w:type="auto" w:w="0"/>
        <w:tblLook w:firstColumn="1" w:firstRow="1" w:lastColumn="0" w:lastRow="0" w:noHBand="0" w:noVBand="1" w:val="04A0"/>
        <w:bidiVisual w:val="1"/>
        <w:jc w:val="center"/>
        <w:tblBorders>
          <w:top w:val="single" w:sz="8" w:color="B9B0CC"/>
          <w:left w:val="single" w:sz="8" w:color="B9B0CC"/>
          <w:bottom w:val="single" w:sz="8" w:color="B9B0CC"/>
          <w:right w:val="single" w:sz="8" w:color="B9B0CC"/>
          <w:insideH w:val="single" w:sz="8" w:color="B9B0CC"/>
          <w:insideV w:val="single" w:sz="8" w:color="B9B0CC"/>
        </w:tblBorders>
      </w:tblPr>
      <w:tblGrid>
        <w:gridCol w:w="2041"/>
        <w:gridCol w:w="2041"/>
        <w:gridCol w:w="2041"/>
        <w:gridCol w:w="2041"/>
        <w:gridCol w:w="2041"/>
      </w:tblGrid>
      <w:tr>
        <w:tc>
          <w:tcPr>
            <w:tcW w:type="dxa" w:w="612"/>
            <w:shd w:val="clear" w:color="auto" w:fill="D4F1F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שאלה</w:t>
            </w:r>
          </w:p>
        </w:tc>
        <w:tc>
          <w:tcPr>
            <w:tcW w:type="dxa" w:w="2041"/>
            <w:shd w:val="clear" w:color="auto" w:fill="D4F1F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מילים לסימון</w:t>
            </w:r>
          </w:p>
        </w:tc>
        <w:tc>
          <w:tcPr>
            <w:tcW w:type="dxa" w:w="1225"/>
            <w:shd w:val="clear" w:color="auto" w:fill="D4F1F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סוג</w:t>
            </w:r>
          </w:p>
        </w:tc>
        <w:tc>
          <w:tcPr>
            <w:tcW w:type="dxa" w:w="2449"/>
            <w:shd w:val="clear" w:color="auto" w:fill="D4F1F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מה חייב להופיע</w:t>
            </w:r>
          </w:p>
        </w:tc>
        <w:tc>
          <w:tcPr>
            <w:tcW w:type="dxa" w:w="3878"/>
            <w:shd w:val="clear" w:color="auto" w:fill="D4F1F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תשובה</w:t>
            </w:r>
          </w:p>
        </w:tc>
      </w:tr>
      <w:tr>
        <w:tc>
          <w:tcPr>
            <w:tcW w:type="dxa" w:w="61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1</w:t>
            </w:r>
          </w:p>
        </w:tc>
        <w:tc>
          <w:tcPr>
            <w:tcW w:type="dxa" w:w="204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באיזו קומה</w:t>
            </w:r>
          </w:p>
        </w:tc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איתור</w:t>
            </w:r>
          </w:p>
        </w:tc>
        <w:tc>
          <w:tcPr>
            <w:tcW w:type="dxa" w:w="244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פרט אחד מהטקסט: הקומה</w:t>
            </w:r>
          </w:p>
        </w:tc>
        <w:tc>
          <w:tcPr>
            <w:tcW w:type="dxa" w:w="3878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בקומה השלישית.</w:t>
            </w:r>
          </w:p>
        </w:tc>
      </w:tr>
      <w:tr>
        <w:tc>
          <w:tcPr>
            <w:tcW w:type="dxa" w:w="61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2</w:t>
            </w:r>
          </w:p>
        </w:tc>
        <w:tc>
          <w:tcPr>
            <w:tcW w:type="dxa" w:w="204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מנו · שלושה</w:t>
            </w:r>
          </w:p>
        </w:tc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איתור</w:t>
            </w:r>
          </w:p>
        </w:tc>
        <w:tc>
          <w:tcPr>
            <w:tcW w:type="dxa" w:w="244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רשימה + בדיוק שלושה פריטים</w:t>
            </w:r>
          </w:p>
        </w:tc>
        <w:tc>
          <w:tcPr>
            <w:tcW w:type="dxa" w:w="3878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בזיליקום, נענע ופלפל קטן.</w:t>
            </w:r>
          </w:p>
        </w:tc>
      </w:tr>
      <w:tr>
        <w:tc>
          <w:tcPr>
            <w:tcW w:type="dxa" w:w="61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3</w:t>
            </w:r>
          </w:p>
        </w:tc>
        <w:tc>
          <w:tcPr>
            <w:tcW w:type="dxa" w:w="204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הסבירו · מדוע · בפסקה השלישית</w:t>
            </w:r>
          </w:p>
        </w:tc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פרשנות</w:t>
            </w:r>
          </w:p>
        </w:tc>
        <w:tc>
          <w:tcPr>
            <w:tcW w:type="dxa" w:w="244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טענה (סיבה) + הסבר + ראיה מהפסקה השלישית</w:t>
            </w:r>
          </w:p>
        </w:tc>
        <w:tc>
          <w:tcPr>
            <w:tcW w:type="dxa" w:w="3878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כי מהחלון של המשפחה התחיל שינוי: הצמחים התפשטו לכל הבניין, וכפי שכתוב בפסקה השלישית, ״חזית הבניין הפכה לירוקה״.</w:t>
            </w:r>
          </w:p>
        </w:tc>
      </w:tr>
      <w:tr>
        <w:tc>
          <w:tcPr>
            <w:tcW w:type="dxa" w:w="61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4</w:t>
            </w:r>
          </w:p>
        </w:tc>
        <w:tc>
          <w:tcPr>
            <w:tcW w:type="dxa" w:w="204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מה אפשר להסיק · לפני האביב</w:t>
            </w:r>
          </w:p>
        </w:tc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פרשנות</w:t>
            </w:r>
          </w:p>
        </w:tc>
        <w:tc>
          <w:tcPr>
            <w:tcW w:type="dxa" w:w="244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מסקנה שלא כתובה במפורש + ראיה מהטקסט</w:t>
            </w:r>
          </w:p>
        </w:tc>
        <w:tc>
          <w:tcPr>
            <w:tcW w:type="dxa" w:w="3878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שהם היו מרוחקים – כתוב שהיו ״שכנים שלא דיברו זה עם זה שנים״.</w:t>
            </w:r>
          </w:p>
        </w:tc>
      </w:tr>
      <w:tr>
        <w:tc>
          <w:tcPr>
            <w:tcW w:type="dxa" w:w="61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5</w:t>
            </w:r>
          </w:p>
        </w:tc>
        <w:tc>
          <w:tcPr>
            <w:tcW w:type="dxa" w:w="204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האם הייתם רוצים · נמקו</w:t>
            </w:r>
          </w:p>
        </w:tc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הערכה</w:t>
            </w:r>
          </w:p>
        </w:tc>
        <w:tc>
          <w:tcPr>
            <w:tcW w:type="dxa" w:w="244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עמדה אישית (כן/לא) + נימוק</w:t>
            </w:r>
          </w:p>
        </w:tc>
        <w:tc>
          <w:tcPr>
            <w:tcW w:type="dxa" w:w="3878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תשובה אישית: עמדה + נימוק, למשל: ״כן, כי זה מקרב בין שכנים ומקשט את הבניין.״</w:t>
            </w:r>
          </w:p>
        </w:tc>
      </w:tr>
    </w:tbl>
    <w:p>
      <w:pPr>
        <w:bidi w:val="1"/>
        <w:spacing w:after="40"/>
        <w:jc w:val="right"/>
      </w:pPr>
    </w:p>
    <w:p>
      <w:r>
        <w:br w:type="page"/>
      </w:r>
    </w:p>
    <w:p>
      <w:r>
        <w:br w:type="page"/>
      </w:r>
    </w:p>
    <w:p>
      <w:pPr>
        <w:pStyle w:val="Heading1"/>
        <w:bidi w:val="1"/>
        <w:jc w:val="right"/>
        <w:shd w:val="clear" w:color="auto" w:fill="E6DEFA"/>
      </w:pPr>
      <w:r>
        <w:rPr>
          <w:rFonts w:ascii="Arial" w:hAnsi="Arial" w:cs="Arial" w:eastAsia="Arial"/>
          <w:b/>
          <w:color w:val="3B2A5A"/>
          <w:sz w:val="39"/>
          <w:bCs/>
          <w:szCs w:val="39"/>
          <w:rtl w:val="1"/>
        </w:rPr>
        <w:t>📝 דף תרגול · השאלה כטקסט · רגיל</w:t>
      </w: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dashed" w:sz="8" w:color="B9A7E6"/>
          <w:left w:val="dashed" w:sz="8" w:color="B9A7E6"/>
          <w:bottom w:val="dashed" w:sz="8" w:color="B9A7E6"/>
          <w:right w:val="dashed" w:sz="8" w:color="B9A7E6"/>
          <w:insideH w:val="dashed" w:sz="8" w:color="B9A7E6"/>
          <w:insideV w:val="dashed" w:sz="8" w:color="B9A7E6"/>
        </w:tblBorders>
      </w:tblPr>
      <w:tblGrid>
        <w:gridCol w:w="3402"/>
        <w:gridCol w:w="3402"/>
        <w:gridCol w:w="3402"/>
      </w:tblGrid>
      <w:tr>
        <w:tc>
          <w:tcPr>
            <w:tcW w:type="dxa" w:w="3402"/>
            <w:shd w:val="clear" w:color="auto" w:fill="FAF7FF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שם: ____________________</w:t>
            </w:r>
          </w:p>
        </w:tc>
        <w:tc>
          <w:tcPr>
            <w:tcW w:type="dxa" w:w="3402"/>
            <w:shd w:val="clear" w:color="auto" w:fill="FAF7FF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כיתה: ________</w:t>
            </w:r>
          </w:p>
        </w:tc>
        <w:tc>
          <w:tcPr>
            <w:tcW w:type="dxa" w:w="3402"/>
            <w:shd w:val="clear" w:color="auto" w:fill="FAF7FF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תאריך: ________</w:t>
            </w:r>
          </w:p>
        </w:tc>
      </w:tr>
    </w:tbl>
    <w:p>
      <w:pPr>
        <w:bidi w:val="1"/>
        <w:spacing w:after="40"/>
        <w:jc w:val="right"/>
      </w:pP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single" w:sz="18" w:color="fbd3e0"/>
          <w:left w:val="single" w:sz="18" w:color="fbd3e0"/>
          <w:bottom w:val="single" w:sz="18" w:color="fbd3e0"/>
          <w:right w:val="single" w:sz="18" w:color="fbd3e0"/>
          <w:insideH w:val="single" w:sz="18" w:color="fbd3e0"/>
          <w:insideV w:val="single" w:sz="18" w:color="fbd3e0"/>
        </w:tblBorders>
      </w:tblPr>
      <w:tblGrid>
        <w:gridCol w:w="10206"/>
      </w:tblGrid>
      <w:tr>
        <w:tc>
          <w:tcPr>
            <w:tcW w:type="dxa" w:w="10206"/>
            <w:shd w:val="clear" w:color="auto" w:fill="FBD3E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B23A63"/>
                <w:sz w:val="27"/>
                <w:bCs/>
                <w:szCs w:val="27"/>
                <w:rtl w:val="1"/>
              </w:rPr>
              <w:t>א׳ · חמשת הצעדים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סדרו את חמשת הצעדים לפי הסדר: כתבו מספר 1–5 בריבוע.</w:t>
            </w: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8" w:color="B9B0CC"/>
                <w:left w:val="single" w:sz="8" w:color="B9B0CC"/>
                <w:bottom w:val="single" w:sz="8" w:color="B9B0CC"/>
                <w:right w:val="single" w:sz="8" w:color="B9B0CC"/>
                <w:insideH w:val="single" w:sz="8" w:color="B9B0CC"/>
                <w:insideV w:val="single" w:sz="8" w:color="B9B0CC"/>
              </w:tblBorders>
            </w:tblPr>
            <w:tblGrid>
              <w:gridCol w:w="5103"/>
              <w:gridCol w:w="5103"/>
            </w:tblGrid>
            <w:tr>
              <w:tc>
                <w:tcPr>
                  <w:tcW w:type="dxa" w:w="5103"/>
                  <w:shd w:val="clear" w:color="auto" w:fill="D4F1F9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מספר</w:t>
                  </w:r>
                </w:p>
              </w:tc>
              <w:tc>
                <w:tcPr>
                  <w:tcW w:type="dxa" w:w="5103"/>
                  <w:shd w:val="clear" w:color="auto" w:fill="D4F1F9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הצעד</w:t>
                  </w:r>
                </w:p>
              </w:tc>
            </w:tr>
            <w:tr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☐</w:t>
                  </w:r>
                </w:p>
              </w:tc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מבצעים ובודקים</w:t>
                  </w:r>
                </w:p>
              </w:tc>
            </w:tr>
            <w:tr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☐</w:t>
                  </w:r>
                </w:p>
              </w:tc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קוראים את השאלה עד הסוף</w:t>
                  </w:r>
                </w:p>
              </w:tc>
            </w:tr>
            <w:tr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☐</w:t>
                  </w:r>
                </w:p>
              </w:tc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מה עליי לעשות כדי לענות?</w:t>
                  </w:r>
                </w:p>
              </w:tc>
            </w:tr>
            <w:tr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☐</w:t>
                  </w:r>
                </w:p>
              </w:tc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מסמנים את מילות השאלה</w:t>
                  </w:r>
                </w:p>
              </w:tc>
            </w:tr>
            <w:tr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☐</w:t>
                  </w:r>
                </w:p>
              </w:tc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מה השאלה כבר מספרת לי?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</w:tc>
      </w:tr>
    </w:tbl>
    <w:p>
      <w:pPr>
        <w:bidi w:val="1"/>
        <w:spacing w:after="40"/>
        <w:jc w:val="right"/>
      </w:pP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single" w:sz="18" w:color="fde2b8"/>
          <w:left w:val="single" w:sz="18" w:color="fde2b8"/>
          <w:bottom w:val="single" w:sz="18" w:color="fde2b8"/>
          <w:right w:val="single" w:sz="18" w:color="fde2b8"/>
          <w:insideH w:val="single" w:sz="18" w:color="fde2b8"/>
          <w:insideV w:val="single" w:sz="18" w:color="fde2b8"/>
        </w:tblBorders>
      </w:tblPr>
      <w:tblGrid>
        <w:gridCol w:w="10206"/>
      </w:tblGrid>
      <w:tr>
        <w:tc>
          <w:tcPr>
            <w:tcW w:type="dxa" w:w="10206"/>
            <w:shd w:val="clear" w:color="auto" w:fill="FDE2B8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A65A00"/>
                <w:sz w:val="27"/>
                <w:bCs/>
                <w:szCs w:val="27"/>
                <w:rtl w:val="1"/>
              </w:rPr>
              <w:t>ב׳ · מילות שאלה – איזה סוג?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לאיזה סוג שאלה שייכת כל מילת שאלה? סמנו ✓.</w:t>
            </w: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8" w:color="B9B0CC"/>
                <w:left w:val="single" w:sz="8" w:color="B9B0CC"/>
                <w:bottom w:val="single" w:sz="8" w:color="B9B0CC"/>
                <w:right w:val="single" w:sz="8" w:color="B9B0CC"/>
                <w:insideH w:val="single" w:sz="8" w:color="B9B0CC"/>
                <w:insideV w:val="single" w:sz="8" w:color="B9B0CC"/>
              </w:tblBorders>
            </w:tblPr>
            <w:tblGrid>
              <w:gridCol w:w="2551"/>
              <w:gridCol w:w="2551"/>
              <w:gridCol w:w="2551"/>
              <w:gridCol w:w="2551"/>
            </w:tblGrid>
            <w:tr>
              <w:tc>
                <w:tcPr>
                  <w:tcW w:type="dxa" w:w="2551"/>
                  <w:shd w:val="clear" w:color="auto" w:fill="D4F1F9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מילת השאלה</w:t>
                  </w:r>
                </w:p>
              </w:tc>
              <w:tc>
                <w:tcPr>
                  <w:tcW w:type="dxa" w:w="2551"/>
                  <w:shd w:val="clear" w:color="auto" w:fill="D4F1F9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🔍 איתור</w:t>
                  </w:r>
                </w:p>
              </w:tc>
              <w:tc>
                <w:tcPr>
                  <w:tcW w:type="dxa" w:w="2551"/>
                  <w:shd w:val="clear" w:color="auto" w:fill="D4F1F9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🧩 פרשנות</w:t>
                  </w:r>
                </w:p>
              </w:tc>
              <w:tc>
                <w:tcPr>
                  <w:tcW w:type="dxa" w:w="2551"/>
                  <w:shd w:val="clear" w:color="auto" w:fill="D4F1F9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⚖️ הערכה</w:t>
                  </w:r>
                </w:p>
              </w:tc>
            </w:tr>
            <w:tr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מה / מי / מתי / איפה / כמה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☐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☐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☐</w:t>
                  </w:r>
                </w:p>
              </w:tc>
            </w:tr>
            <w:tr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העתיקו / ציינו / מצאו / כתבו מהטקסט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☐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☐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☐</w:t>
                  </w:r>
                </w:p>
              </w:tc>
            </w:tr>
            <w:tr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מנו / רשמו שלושה…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☐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☐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☐</w:t>
                  </w:r>
                </w:p>
              </w:tc>
            </w:tr>
            <w:tr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תארו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☐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☐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☐</w:t>
                  </w:r>
                </w:p>
              </w:tc>
            </w:tr>
            <w:tr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מדוע / למה / מה הסיבה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☐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☐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☐</w:t>
                  </w:r>
                </w:p>
              </w:tc>
            </w:tr>
            <w:tr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הסבירו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☐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☐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☐</w:t>
                  </w:r>
                </w:p>
              </w:tc>
            </w:tr>
            <w:tr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השוו / מה ההבדל / מה הדומה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☐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☐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☐</w:t>
                  </w:r>
                </w:p>
              </w:tc>
            </w:tr>
            <w:tr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מה אפשר להסיק / מה נרמז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☐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☐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☐</w:t>
                  </w:r>
                </w:p>
              </w:tc>
            </w:tr>
            <w:tr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מה הרעיון המרכזי / תנו כותרת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☐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☐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☐</w:t>
                  </w:r>
                </w:p>
              </w:tc>
            </w:tr>
            <w:tr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מה דעתכם / הביעו עמדה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☐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☐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☐</w:t>
                  </w:r>
                </w:p>
              </w:tc>
            </w:tr>
            <w:tr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האם הכותב/ת צודק/ת? נמקו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☐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☐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☐</w:t>
                  </w:r>
                </w:p>
              </w:tc>
            </w:tr>
            <w:tr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הציעו / מה הייתם עושים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☐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☐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☐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</w:tc>
      </w:tr>
    </w:tbl>
    <w:p>
      <w:pPr>
        <w:bidi w:val="1"/>
        <w:spacing w:after="40"/>
        <w:jc w:val="right"/>
      </w:pP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single" w:sz="18" w:color="d6f0dc"/>
          <w:left w:val="single" w:sz="18" w:color="d6f0dc"/>
          <w:bottom w:val="single" w:sz="18" w:color="d6f0dc"/>
          <w:right w:val="single" w:sz="18" w:color="d6f0dc"/>
          <w:insideH w:val="single" w:sz="18" w:color="d6f0dc"/>
          <w:insideV w:val="single" w:sz="18" w:color="d6f0dc"/>
        </w:tblBorders>
      </w:tblPr>
      <w:tblGrid>
        <w:gridCol w:w="10206"/>
      </w:tblGrid>
      <w:tr>
        <w:tc>
          <w:tcPr>
            <w:tcW w:type="dxa" w:w="10206"/>
            <w:shd w:val="clear" w:color="auto" w:fill="D6F0DC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2F7D47"/>
                <w:sz w:val="27"/>
                <w:bCs/>
                <w:szCs w:val="27"/>
                <w:rtl w:val="1"/>
              </w:rPr>
              <w:t>ג׳ · מפרקים שאלות על טקסט</w:t>
            </w: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12" w:color="333333"/>
                <w:left w:val="single" w:sz="12" w:color="333333"/>
                <w:bottom w:val="single" w:sz="12" w:color="333333"/>
                <w:right w:val="single" w:sz="12" w:color="333333"/>
                <w:insideH w:val="single" w:sz="12" w:color="333333"/>
                <w:insideV w:val="single" w:sz="12" w:color="333333"/>
              </w:tblBorders>
            </w:tblPr>
            <w:tblGrid>
              <w:gridCol w:w="10206"/>
            </w:tblGrid>
            <w:tr>
              <w:tc>
                <w:tcPr>
                  <w:tcW w:type="dxa" w:w="10206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7"/>
                      <w:bCs/>
                      <w:szCs w:val="27"/>
                      <w:rtl w:val="1"/>
                    </w:rPr>
                    <w:t>🪟 החלון הירוק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>(1) בקומה השלישית של בניין ישן ברחוב צר גרה משפחה שאהבה צמחים. על אדן החלון שלהם עמדו עציצים של בזיליקום, נענע ופלפל קטן.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>(2) באביב החליטו בני המשפחה להזמין את השכנים לשתול גם הם. הם הדפיסו מודעה קטנה ותלו אותה בכניסה לבניין: ״כל מי שרוצה שתיל – מוזמן לדפוק אצלנו.״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>(3) בתוך חודש הפכה חזית הבניין לירוקה. שכנים שלא דיברו זה עם זה שנים התחילו להחליף עצות על השקיה, ובערבים נשמעו צחוקים מהמרפסות.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לכל שאלה: סמנו את מילות השאלה וכתבו מה צריך לעשות כדי לענות.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1. באיזו קומה גרה המשפחה?</w:t>
            </w: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8" w:color="B9B0CC"/>
                <w:left w:val="single" w:sz="8" w:color="B9B0CC"/>
                <w:bottom w:val="single" w:sz="8" w:color="B9B0CC"/>
                <w:right w:val="single" w:sz="8" w:color="B9B0CC"/>
                <w:insideH w:val="single" w:sz="8" w:color="B9B0CC"/>
                <w:insideV w:val="single" w:sz="8" w:color="B9B0CC"/>
              </w:tblBorders>
            </w:tblPr>
            <w:tblGrid>
              <w:gridCol w:w="5103"/>
              <w:gridCol w:w="5103"/>
            </w:tblGrid>
            <w:tr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מילים שסימנתי:</w:t>
                  </w:r>
                </w:p>
              </w:tc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סוג השאלה:</w:t>
                  </w:r>
                </w:p>
              </w:tc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◯ איתור ◯ פרשנות ◯ הערכה</w:t>
                  </w:r>
                </w:p>
              </w:tc>
            </w:tr>
            <w:tr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מה חייב להיות בתשובה:</w:t>
                  </w:r>
                </w:p>
              </w:tc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2. מנו שלושה צמחים שעמדו על אדן החלון.</w:t>
            </w: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8" w:color="B9B0CC"/>
                <w:left w:val="single" w:sz="8" w:color="B9B0CC"/>
                <w:bottom w:val="single" w:sz="8" w:color="B9B0CC"/>
                <w:right w:val="single" w:sz="8" w:color="B9B0CC"/>
                <w:insideH w:val="single" w:sz="8" w:color="B9B0CC"/>
                <w:insideV w:val="single" w:sz="8" w:color="B9B0CC"/>
              </w:tblBorders>
            </w:tblPr>
            <w:tblGrid>
              <w:gridCol w:w="5103"/>
              <w:gridCol w:w="5103"/>
            </w:tblGrid>
            <w:tr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מילים שסימנתי:</w:t>
                  </w:r>
                </w:p>
              </w:tc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סוג השאלה:</w:t>
                  </w:r>
                </w:p>
              </w:tc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◯ איתור ◯ פרשנות ◯ הערכה</w:t>
                  </w:r>
                </w:p>
              </w:tc>
            </w:tr>
            <w:tr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מה חייב להיות בתשובה:</w:t>
                  </w:r>
                </w:p>
              </w:tc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3. הסבירו מדוע נקרא הסיפור ״החלון הירוק״. היעזרו בפסקה השלישית.</w:t>
            </w: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8" w:color="B9B0CC"/>
                <w:left w:val="single" w:sz="8" w:color="B9B0CC"/>
                <w:bottom w:val="single" w:sz="8" w:color="B9B0CC"/>
                <w:right w:val="single" w:sz="8" w:color="B9B0CC"/>
                <w:insideH w:val="single" w:sz="8" w:color="B9B0CC"/>
                <w:insideV w:val="single" w:sz="8" w:color="B9B0CC"/>
              </w:tblBorders>
            </w:tblPr>
            <w:tblGrid>
              <w:gridCol w:w="5103"/>
              <w:gridCol w:w="5103"/>
            </w:tblGrid>
            <w:tr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מילים שסימנתי:</w:t>
                  </w:r>
                </w:p>
              </w:tc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סוג השאלה:</w:t>
                  </w:r>
                </w:p>
              </w:tc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◯ איתור ◯ פרשנות ◯ הערכה</w:t>
                  </w:r>
                </w:p>
              </w:tc>
            </w:tr>
            <w:tr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מה חייב להיות בתשובה:</w:t>
                  </w:r>
                </w:p>
              </w:tc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4. מה אפשר להסיק על היחסים בין השכנים לפני האביב?</w:t>
            </w: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8" w:color="B9B0CC"/>
                <w:left w:val="single" w:sz="8" w:color="B9B0CC"/>
                <w:bottom w:val="single" w:sz="8" w:color="B9B0CC"/>
                <w:right w:val="single" w:sz="8" w:color="B9B0CC"/>
                <w:insideH w:val="single" w:sz="8" w:color="B9B0CC"/>
                <w:insideV w:val="single" w:sz="8" w:color="B9B0CC"/>
              </w:tblBorders>
            </w:tblPr>
            <w:tblGrid>
              <w:gridCol w:w="5103"/>
              <w:gridCol w:w="5103"/>
            </w:tblGrid>
            <w:tr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מילים שסימנתי:</w:t>
                  </w:r>
                </w:p>
              </w:tc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סוג השאלה:</w:t>
                  </w:r>
                </w:p>
              </w:tc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◯ איתור ◯ פרשנות ◯ הערכה</w:t>
                  </w:r>
                </w:p>
              </w:tc>
            </w:tr>
            <w:tr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מה חייב להיות בתשובה:</w:t>
                  </w:r>
                </w:p>
              </w:tc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5. האם הייתם רוצים יוזמה כזאת בבניין או בשכונה שלכם? נמקו.</w:t>
            </w: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8" w:color="B9B0CC"/>
                <w:left w:val="single" w:sz="8" w:color="B9B0CC"/>
                <w:bottom w:val="single" w:sz="8" w:color="B9B0CC"/>
                <w:right w:val="single" w:sz="8" w:color="B9B0CC"/>
                <w:insideH w:val="single" w:sz="8" w:color="B9B0CC"/>
                <w:insideV w:val="single" w:sz="8" w:color="B9B0CC"/>
              </w:tblBorders>
            </w:tblPr>
            <w:tblGrid>
              <w:gridCol w:w="5103"/>
              <w:gridCol w:w="5103"/>
            </w:tblGrid>
            <w:tr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מילים שסימנתי:</w:t>
                  </w:r>
                </w:p>
              </w:tc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סוג השאלה:</w:t>
                  </w:r>
                </w:p>
              </w:tc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◯ איתור ◯ פרשנות ◯ הערכה</w:t>
                  </w:r>
                </w:p>
              </w:tc>
            </w:tr>
            <w:tr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מה חייב להיות בתשובה:</w:t>
                  </w:r>
                </w:p>
              </w:tc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5A3FA8"/>
                <w:sz w:val="25"/>
                <w:bCs/>
                <w:szCs w:val="25"/>
                <w:rtl w:val="1"/>
              </w:rPr>
              <w:t>✍️ ענו על שאלה 3 בעזרת התכנון שלכם.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color w:val="9A93A8"/>
                <w:sz w:val="23"/>
                <w:szCs w:val="23"/>
                <w:rtl w:val="1"/>
              </w:rPr>
              <w:t>__________________________________________________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color w:val="9A93A8"/>
                <w:sz w:val="23"/>
                <w:szCs w:val="23"/>
                <w:rtl w:val="1"/>
              </w:rPr>
              <w:t>__________________________________________________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color w:val="9A93A8"/>
                <w:sz w:val="23"/>
                <w:szCs w:val="23"/>
                <w:rtl w:val="1"/>
              </w:rPr>
              <w:t>__________________________________________________</w:t>
            </w:r>
          </w:p>
        </w:tc>
      </w:tr>
    </w:tbl>
    <w:p>
      <w:pPr>
        <w:bidi w:val="1"/>
        <w:spacing w:after="40"/>
        <w:jc w:val="right"/>
      </w:pPr>
    </w:p>
    <w:p>
      <w:pPr>
        <w:bidi w:val="1"/>
        <w:spacing w:after="80"/>
        <w:jc w:val="center"/>
      </w:pPr>
      <w:r>
        <w:rPr>
          <w:rFonts w:ascii="Arial" w:hAnsi="Arial" w:cs="Arial" w:eastAsia="Arial"/>
          <w:b w:val="0"/>
          <w:color w:val="888888"/>
          <w:sz w:val="20"/>
          <w:szCs w:val="20"/>
          <w:rtl w:val="1"/>
        </w:rPr>
        <w:t>✂ - - - - - - - - - - - - - - - - - - - - - - - - - - - - - - - - - -</w:t>
      </w: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dashed" w:sz="18" w:color="E86A92"/>
          <w:left w:val="dashed" w:sz="18" w:color="E86A92"/>
          <w:bottom w:val="dashed" w:sz="18" w:color="E86A92"/>
          <w:right w:val="dashed" w:sz="18" w:color="E86A92"/>
          <w:insideH w:val="dashed" w:sz="18" w:color="E86A92"/>
          <w:insideV w:val="dashed" w:sz="18" w:color="E86A92"/>
        </w:tblBorders>
      </w:tblPr>
      <w:tblGrid>
        <w:gridCol w:w="10206"/>
      </w:tblGrid>
      <w:tr>
        <w:tc>
          <w:tcPr>
            <w:tcW w:type="dxa" w:w="10206"/>
            <w:shd w:val="clear" w:color="auto" w:fill="FFF0F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B23A63"/>
                <w:sz w:val="29"/>
                <w:bCs/>
                <w:szCs w:val="29"/>
                <w:rtl w:val="1"/>
              </w:rPr>
              <w:t>🎟️ כרטיס יציאה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שם: __________________   תאריך: 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מה עושים לפני שעונים על שאלה?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color w:val="9A93A8"/>
                <w:sz w:val="23"/>
                <w:szCs w:val="23"/>
                <w:rtl w:val="1"/>
              </w:rPr>
              <w:t>________________________________________________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״הסבירו״ היא שאלת: ◯ איתור ◯ פרשנות ◯ הערכה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איך הרגשתי? ◯ 😀 בטוח/ה   ◯ 🙂 כמעט   ◯ 😕 צריך/ה עוד עזרה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134" w:right="850" w:bottom="907" w:left="850" w:header="397" w:footer="397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b w:val="0"/>
        <w:color w:val="666666"/>
        <w:sz w:val="17"/>
        <w:szCs w:val="17"/>
        <w:rtl w:val="1"/>
      </w:rPr>
      <w:t xml:space="preserve">  יצרה: רוית ראש בן ישי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 w:val="1"/>
      <w:jc w:val="right"/>
      <w:shd w:val="clear" w:color="auto" w:fill="FBD3E0"/>
    </w:pPr>
    <w:r>
      <w:rPr>
        <w:rFonts w:ascii="Arial" w:hAnsi="Arial" w:cs="Arial" w:eastAsia="Arial"/>
        <w:b/>
        <w:color w:val="3B2A5A"/>
        <w:sz w:val="18"/>
        <w:bCs/>
        <w:szCs w:val="18"/>
        <w:rtl w:val="1"/>
      </w:rPr>
      <w:t>🔎 קוראים חכם · דף תרגול · השאלה כטקסט · רגיל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3"/>
      <w:szCs w:val="23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· השאלה כטקסט · רגיל · מהדורת מורה+תלמיד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